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S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Ứ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C TR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Ẻ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 xml:space="preserve"> TR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Ầ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N HƯNG Đ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Ạ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O R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Ự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C SÁNG TRONG CHI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N D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Ị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CH “TI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P S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Ứ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C MÙA THI” K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Ỳ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 xml:space="preserve"> THI T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Ố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T NGHI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color w:val="0054A6"/>
          <w:sz w:val="26"/>
          <w:szCs w:val="26"/>
        </w:rPr>
        <w:t>P THPT 2025 - 2026</w:t>
      </w:r>
    </w:p>
    <w:p w:rsidR="008600BE" w:rsidRPr="00E0420B" w:rsidRDefault="008600BE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i/>
          <w:sz w:val="26"/>
          <w:szCs w:val="26"/>
        </w:rPr>
        <w:t>K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ỳ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thi T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nghi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p THPT luôn là m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ộ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trong nh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ữ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bư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ớ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ngo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ặ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quan tr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ọ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nh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ấ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c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ủ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a tu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ổ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i 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ọ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trò.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ồ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hành cùng các sĩ t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ử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trên ch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ặ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đư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ờ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“vư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ợ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t 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vũ môn”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ầ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y cam go năm 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ọ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2025-2026, Đoàn trư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ờ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ng THPT Tr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ầ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Hưng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ạ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o đã th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ắ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p sáng tinh th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ầ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xung kích, lan t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ỏ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a ng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ọ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l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ử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a nhi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huy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t thông qua chi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d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ị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ch “Ti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p s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ứ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mùa thi”. S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ự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ki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không ch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ỉ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ể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l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ạ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i d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ấ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u 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ấ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sâu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ậ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m b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ở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i n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ỗ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l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ự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c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ủ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a các b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ạ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n tr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ẻ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mà còn b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ở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i s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ự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ch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ung tay, ti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p s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ứ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c t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ừ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 xml:space="preserve"> các cơ quan, doanh nghi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p, ban ngành trên đ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ị</w:t>
      </w:r>
      <w:r w:rsidRPr="00E0420B">
        <w:rPr>
          <w:rFonts w:ascii="Times New Roman" w:hAnsi="Times New Roman" w:cs="Times New Roman"/>
          <w:b/>
          <w:i/>
          <w:sz w:val="26"/>
          <w:szCs w:val="26"/>
        </w:rPr>
        <w:t>a bàn.</w:t>
      </w:r>
    </w:p>
    <w:p w:rsidR="008600BE" w:rsidRPr="00E0420B" w:rsidRDefault="008600BE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t>Dư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i cái n</w:t>
      </w:r>
      <w:r w:rsidRPr="00E0420B">
        <w:rPr>
          <w:rFonts w:ascii="Times New Roman" w:hAnsi="Times New Roman" w:cs="Times New Roman"/>
          <w:sz w:val="26"/>
          <w:szCs w:val="26"/>
        </w:rPr>
        <w:t>ắ</w:t>
      </w:r>
      <w:r w:rsidRPr="00E0420B">
        <w:rPr>
          <w:rFonts w:ascii="Times New Roman" w:hAnsi="Times New Roman" w:cs="Times New Roman"/>
          <w:sz w:val="26"/>
          <w:szCs w:val="26"/>
        </w:rPr>
        <w:t xml:space="preserve">ng oi 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 xml:space="preserve">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 xml:space="preserve">ng ngày hè, hình 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nh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bóng áo xanh tình nguy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n túc tr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t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i đi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>m thi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THPT Tr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Hưng Đ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o đã tr</w:t>
      </w:r>
      <w:r w:rsidRPr="00E0420B">
        <w:rPr>
          <w:rFonts w:ascii="Times New Roman" w:hAnsi="Times New Roman" w:cs="Times New Roman"/>
          <w:sz w:val="26"/>
          <w:szCs w:val="26"/>
        </w:rPr>
        <w:t>ở</w:t>
      </w:r>
      <w:r w:rsidRPr="00E0420B">
        <w:rPr>
          <w:rFonts w:ascii="Times New Roman" w:hAnsi="Times New Roman" w:cs="Times New Roman"/>
          <w:sz w:val="26"/>
          <w:szCs w:val="26"/>
        </w:rPr>
        <w:t xml:space="preserve"> thành đi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>m t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a v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ch</w:t>
      </w:r>
      <w:r w:rsidRPr="00E0420B">
        <w:rPr>
          <w:rFonts w:ascii="Times New Roman" w:hAnsi="Times New Roman" w:cs="Times New Roman"/>
          <w:sz w:val="26"/>
          <w:szCs w:val="26"/>
        </w:rPr>
        <w:t>ắ</w:t>
      </w:r>
      <w:r w:rsidRPr="00E0420B">
        <w:rPr>
          <w:rFonts w:ascii="Times New Roman" w:hAnsi="Times New Roman" w:cs="Times New Roman"/>
          <w:sz w:val="26"/>
          <w:szCs w:val="26"/>
        </w:rPr>
        <w:t>c, xoa d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>u đi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áp l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c </w:t>
      </w:r>
      <w:r w:rsidRPr="00E0420B">
        <w:rPr>
          <w:rFonts w:ascii="Times New Roman" w:hAnsi="Times New Roman" w:cs="Times New Roman"/>
          <w:sz w:val="26"/>
          <w:szCs w:val="26"/>
        </w:rPr>
        <w:t>vô hình cho c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 xml:space="preserve"> thí sinh và các b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c ph</w:t>
      </w:r>
      <w:r w:rsidRPr="00E0420B">
        <w:rPr>
          <w:rFonts w:ascii="Times New Roman" w:hAnsi="Times New Roman" w:cs="Times New Roman"/>
          <w:sz w:val="26"/>
          <w:szCs w:val="26"/>
        </w:rPr>
        <w:t>ụ</w:t>
      </w:r>
      <w:r w:rsidRPr="00E0420B">
        <w:rPr>
          <w:rFonts w:ascii="Times New Roman" w:hAnsi="Times New Roman" w:cs="Times New Roman"/>
          <w:sz w:val="26"/>
          <w:szCs w:val="26"/>
        </w:rPr>
        <w:t xml:space="preserve"> huynh. Nòng c</w:t>
      </w:r>
      <w:r w:rsidRPr="00E0420B">
        <w:rPr>
          <w:rFonts w:ascii="Times New Roman" w:hAnsi="Times New Roman" w:cs="Times New Roman"/>
          <w:sz w:val="26"/>
          <w:szCs w:val="26"/>
        </w:rPr>
        <w:t>ố</w:t>
      </w:r>
      <w:r w:rsidRPr="00E0420B">
        <w:rPr>
          <w:rFonts w:ascii="Times New Roman" w:hAnsi="Times New Roman" w:cs="Times New Roman"/>
          <w:sz w:val="26"/>
          <w:szCs w:val="26"/>
        </w:rPr>
        <w:t>t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chi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d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>ch năm nay chính là 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ph</w:t>
      </w:r>
      <w:r w:rsidRPr="00E0420B">
        <w:rPr>
          <w:rFonts w:ascii="Times New Roman" w:hAnsi="Times New Roman" w:cs="Times New Roman"/>
          <w:sz w:val="26"/>
          <w:szCs w:val="26"/>
        </w:rPr>
        <w:t>ố</w:t>
      </w:r>
      <w:r w:rsidRPr="00E0420B">
        <w:rPr>
          <w:rFonts w:ascii="Times New Roman" w:hAnsi="Times New Roman" w:cs="Times New Roman"/>
          <w:sz w:val="26"/>
          <w:szCs w:val="26"/>
        </w:rPr>
        <w:t>i h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>p ch</w:t>
      </w:r>
      <w:r w:rsidRPr="00E0420B">
        <w:rPr>
          <w:rFonts w:ascii="Times New Roman" w:hAnsi="Times New Roman" w:cs="Times New Roman"/>
          <w:sz w:val="26"/>
          <w:szCs w:val="26"/>
        </w:rPr>
        <w:t>ặ</w:t>
      </w:r>
      <w:r w:rsidRPr="00E0420B">
        <w:rPr>
          <w:rFonts w:ascii="Times New Roman" w:hAnsi="Times New Roman" w:cs="Times New Roman"/>
          <w:sz w:val="26"/>
          <w:szCs w:val="26"/>
        </w:rPr>
        <w:t>t ch</w:t>
      </w:r>
      <w:r w:rsidRPr="00E0420B">
        <w:rPr>
          <w:rFonts w:ascii="Times New Roman" w:hAnsi="Times New Roman" w:cs="Times New Roman"/>
          <w:sz w:val="26"/>
          <w:szCs w:val="26"/>
        </w:rPr>
        <w:t>ẽ</w:t>
      </w:r>
      <w:r w:rsidRPr="00E0420B">
        <w:rPr>
          <w:rFonts w:ascii="Times New Roman" w:hAnsi="Times New Roman" w:cs="Times New Roman"/>
          <w:sz w:val="26"/>
          <w:szCs w:val="26"/>
        </w:rPr>
        <w:t>, nh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>p nhàng gi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a Câu l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c b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 xml:space="preserve"> Tình nguy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n và Câu l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c b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 xml:space="preserve"> Sách và Hành đ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ng tr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thu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c Đoàn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ng.</w:t>
      </w: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t>T</w:t>
      </w:r>
      <w:r w:rsidRPr="00E0420B">
        <w:rPr>
          <w:rFonts w:ascii="Times New Roman" w:hAnsi="Times New Roman" w:cs="Times New Roman"/>
          <w:sz w:val="26"/>
          <w:szCs w:val="26"/>
        </w:rPr>
        <w:t>ừ</w:t>
      </w:r>
      <w:r w:rsidRPr="00E0420B">
        <w:rPr>
          <w:rFonts w:ascii="Times New Roman" w:hAnsi="Times New Roman" w:cs="Times New Roman"/>
          <w:sz w:val="26"/>
          <w:szCs w:val="26"/>
        </w:rPr>
        <w:t xml:space="preserve"> sáng s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m, các b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 đoàn viên, thanh niên đã có m</w:t>
      </w:r>
      <w:r w:rsidRPr="00E0420B">
        <w:rPr>
          <w:rFonts w:ascii="Times New Roman" w:hAnsi="Times New Roman" w:cs="Times New Roman"/>
          <w:sz w:val="26"/>
          <w:szCs w:val="26"/>
        </w:rPr>
        <w:t>ặ</w:t>
      </w:r>
      <w:r w:rsidRPr="00E0420B">
        <w:rPr>
          <w:rFonts w:ascii="Times New Roman" w:hAnsi="Times New Roman" w:cs="Times New Roman"/>
          <w:sz w:val="26"/>
          <w:szCs w:val="26"/>
        </w:rPr>
        <w:t>t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 xml:space="preserve"> phân lu</w:t>
      </w:r>
      <w:r w:rsidRPr="00E0420B">
        <w:rPr>
          <w:rFonts w:ascii="Times New Roman" w:hAnsi="Times New Roman" w:cs="Times New Roman"/>
          <w:sz w:val="26"/>
          <w:szCs w:val="26"/>
        </w:rPr>
        <w:t>ồ</w:t>
      </w:r>
      <w:r w:rsidRPr="00E0420B">
        <w:rPr>
          <w:rFonts w:ascii="Times New Roman" w:hAnsi="Times New Roman" w:cs="Times New Roman"/>
          <w:sz w:val="26"/>
          <w:szCs w:val="26"/>
        </w:rPr>
        <w:t>ng giao thông, d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n d</w:t>
      </w:r>
      <w:r w:rsidRPr="00E0420B">
        <w:rPr>
          <w:rFonts w:ascii="Times New Roman" w:hAnsi="Times New Roman" w:cs="Times New Roman"/>
          <w:sz w:val="26"/>
          <w:szCs w:val="26"/>
        </w:rPr>
        <w:t>ẹ</w:t>
      </w:r>
      <w:r w:rsidRPr="00E0420B">
        <w:rPr>
          <w:rFonts w:ascii="Times New Roman" w:hAnsi="Times New Roman" w:cs="Times New Roman"/>
          <w:sz w:val="26"/>
          <w:szCs w:val="26"/>
        </w:rPr>
        <w:t>p v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 xml:space="preserve"> sinh khu v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thi, chu</w:t>
      </w:r>
      <w:r w:rsidRPr="00E0420B">
        <w:rPr>
          <w:rFonts w:ascii="Times New Roman" w:hAnsi="Times New Roman" w:cs="Times New Roman"/>
          <w:sz w:val="26"/>
          <w:szCs w:val="26"/>
        </w:rPr>
        <w:t>ẩ</w:t>
      </w:r>
      <w:r w:rsidRPr="00E0420B">
        <w:rPr>
          <w:rFonts w:ascii="Times New Roman" w:hAnsi="Times New Roman" w:cs="Times New Roman"/>
          <w:sz w:val="26"/>
          <w:szCs w:val="26"/>
        </w:rPr>
        <w:t>n b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 xml:space="preserve"> t</w:t>
      </w:r>
      <w:r w:rsidRPr="00E0420B">
        <w:rPr>
          <w:rFonts w:ascii="Times New Roman" w:hAnsi="Times New Roman" w:cs="Times New Roman"/>
          <w:sz w:val="26"/>
          <w:szCs w:val="26"/>
        </w:rPr>
        <w:t>ừ</w:t>
      </w:r>
      <w:r w:rsidRPr="00E0420B">
        <w:rPr>
          <w:rFonts w:ascii="Times New Roman" w:hAnsi="Times New Roman" w:cs="Times New Roman"/>
          <w:sz w:val="26"/>
          <w:szCs w:val="26"/>
        </w:rPr>
        <w:t>ng chai nư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c mát l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nh, t</w:t>
      </w:r>
      <w:r w:rsidRPr="00E0420B">
        <w:rPr>
          <w:rFonts w:ascii="Times New Roman" w:hAnsi="Times New Roman" w:cs="Times New Roman"/>
          <w:sz w:val="26"/>
          <w:szCs w:val="26"/>
        </w:rPr>
        <w:t>ừ</w:t>
      </w:r>
      <w:r w:rsidRPr="00E0420B">
        <w:rPr>
          <w:rFonts w:ascii="Times New Roman" w:hAnsi="Times New Roman" w:cs="Times New Roman"/>
          <w:sz w:val="26"/>
          <w:szCs w:val="26"/>
        </w:rPr>
        <w:t>ng chi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c qu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t tay và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l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chúc t</w:t>
      </w:r>
      <w:r w:rsidRPr="00E0420B">
        <w:rPr>
          <w:rFonts w:ascii="Times New Roman" w:hAnsi="Times New Roman" w:cs="Times New Roman"/>
          <w:sz w:val="26"/>
          <w:szCs w:val="26"/>
        </w:rPr>
        <w:t>ố</w:t>
      </w:r>
      <w:r w:rsidRPr="00E0420B">
        <w:rPr>
          <w:rFonts w:ascii="Times New Roman" w:hAnsi="Times New Roman" w:cs="Times New Roman"/>
          <w:sz w:val="26"/>
          <w:szCs w:val="26"/>
        </w:rPr>
        <w:t>t đ</w:t>
      </w:r>
      <w:r w:rsidRPr="00E0420B">
        <w:rPr>
          <w:rFonts w:ascii="Times New Roman" w:hAnsi="Times New Roman" w:cs="Times New Roman"/>
          <w:sz w:val="26"/>
          <w:szCs w:val="26"/>
        </w:rPr>
        <w:t>ẹ</w:t>
      </w:r>
      <w:r w:rsidRPr="00E0420B">
        <w:rPr>
          <w:rFonts w:ascii="Times New Roman" w:hAnsi="Times New Roman" w:cs="Times New Roman"/>
          <w:sz w:val="26"/>
          <w:szCs w:val="26"/>
        </w:rPr>
        <w:t>p nh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 g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i đ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các sĩ t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.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n</w:t>
      </w:r>
      <w:r w:rsidRPr="00E0420B">
        <w:rPr>
          <w:rFonts w:ascii="Times New Roman" w:hAnsi="Times New Roman" w:cs="Times New Roman"/>
          <w:sz w:val="26"/>
          <w:szCs w:val="26"/>
        </w:rPr>
        <w:t>ụ</w:t>
      </w:r>
      <w:r w:rsidRPr="00E0420B">
        <w:rPr>
          <w:rFonts w:ascii="Times New Roman" w:hAnsi="Times New Roman" w:cs="Times New Roman"/>
          <w:sz w:val="26"/>
          <w:szCs w:val="26"/>
        </w:rPr>
        <w:t xml:space="preserve"> cư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r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ng r</w:t>
      </w:r>
      <w:r w:rsidRPr="00E0420B">
        <w:rPr>
          <w:rFonts w:ascii="Times New Roman" w:hAnsi="Times New Roman" w:cs="Times New Roman"/>
          <w:sz w:val="26"/>
          <w:szCs w:val="26"/>
        </w:rPr>
        <w:t>ỡ</w:t>
      </w:r>
      <w:r w:rsidRPr="00E0420B">
        <w:rPr>
          <w:rFonts w:ascii="Times New Roman" w:hAnsi="Times New Roman" w:cs="Times New Roman"/>
          <w:sz w:val="26"/>
          <w:szCs w:val="26"/>
        </w:rPr>
        <w:t>,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cái đ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p tay truy</w:t>
      </w:r>
      <w:r w:rsidRPr="00E0420B">
        <w:rPr>
          <w:rFonts w:ascii="Times New Roman" w:hAnsi="Times New Roman" w:cs="Times New Roman"/>
          <w:sz w:val="26"/>
          <w:szCs w:val="26"/>
        </w:rPr>
        <w:t>ề</w:t>
      </w:r>
      <w:r w:rsidRPr="00E0420B">
        <w:rPr>
          <w:rFonts w:ascii="Times New Roman" w:hAnsi="Times New Roman" w:cs="Times New Roman"/>
          <w:sz w:val="26"/>
          <w:szCs w:val="26"/>
        </w:rPr>
        <w:t>n l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a,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l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đ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ng viên chân thành đã ti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p thêm</w:t>
      </w:r>
      <w:r w:rsidRPr="00E0420B">
        <w:rPr>
          <w:rFonts w:ascii="Times New Roman" w:hAnsi="Times New Roman" w:cs="Times New Roman"/>
          <w:sz w:val="26"/>
          <w:szCs w:val="26"/>
        </w:rPr>
        <w:t xml:space="preserve"> m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t s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 m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nh to l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n, giúp các thí sinh v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bư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c vào phòng thi.</w:t>
      </w:r>
    </w:p>
    <w:p w:rsidR="00A1453F" w:rsidRPr="00E0420B" w:rsidRDefault="00A1453F" w:rsidP="00534008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420B">
        <w:rPr>
          <w:rFonts w:ascii="Times New Roman" w:hAnsi="Times New Roman" w:cs="Times New Roman"/>
          <w:i/>
          <w:color w:val="808080"/>
          <w:sz w:val="26"/>
          <w:szCs w:val="26"/>
        </w:rPr>
        <w:drawing>
          <wp:inline distT="0" distB="0" distL="0" distR="0" wp14:anchorId="5B74D230" wp14:editId="39BBA7FA">
            <wp:extent cx="548640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BE" w:rsidRPr="00E0420B" w:rsidRDefault="00A1453F" w:rsidP="00E042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i/>
          <w:color w:val="808080"/>
          <w:sz w:val="26"/>
          <w:szCs w:val="26"/>
        </w:rPr>
        <w:lastRenderedPageBreak/>
        <w:drawing>
          <wp:inline distT="0" distB="0" distL="0" distR="0" wp14:anchorId="5C687D3C" wp14:editId="24A006B9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8EF" w:rsidRPr="00E0420B">
        <w:rPr>
          <w:rFonts w:ascii="Times New Roman" w:hAnsi="Times New Roman" w:cs="Times New Roman"/>
          <w:i/>
          <w:color w:val="808080"/>
          <w:sz w:val="26"/>
          <w:szCs w:val="26"/>
        </w:rPr>
        <w:br/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 xml:space="preserve"> N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ụ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 xml:space="preserve"> cư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ờ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i r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ạ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ng r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ỡ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 xml:space="preserve"> và tinh th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ầ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 quy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ế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 xml:space="preserve">t 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tâm c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ủ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a các b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ạ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 tình nguy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ệ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 viên CLB Sách và Hành đ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ộ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ng &amp; CLB Tình nguy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ệ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 THPT Tr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ầ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n Hưng Đ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ạ</w:t>
      </w:r>
      <w:r w:rsidR="00FC18EF" w:rsidRPr="00E0420B">
        <w:rPr>
          <w:rFonts w:ascii="Times New Roman" w:hAnsi="Times New Roman" w:cs="Times New Roman"/>
          <w:i/>
          <w:sz w:val="26"/>
          <w:szCs w:val="26"/>
        </w:rPr>
        <w:t>o.</w:t>
      </w:r>
    </w:p>
    <w:p w:rsidR="008600BE" w:rsidRPr="00E0420B" w:rsidRDefault="008600BE" w:rsidP="00E042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sz w:val="26"/>
          <w:szCs w:val="26"/>
        </w:rPr>
        <w:t>H</w:t>
      </w:r>
      <w:r w:rsidRPr="00E0420B">
        <w:rPr>
          <w:rFonts w:ascii="Times New Roman" w:hAnsi="Times New Roman" w:cs="Times New Roman"/>
          <w:b/>
          <w:sz w:val="26"/>
          <w:szCs w:val="26"/>
        </w:rPr>
        <w:t>ộ</w:t>
      </w:r>
      <w:r w:rsidRPr="00E0420B">
        <w:rPr>
          <w:rFonts w:ascii="Times New Roman" w:hAnsi="Times New Roman" w:cs="Times New Roman"/>
          <w:b/>
          <w:sz w:val="26"/>
          <w:szCs w:val="26"/>
        </w:rPr>
        <w:t>i t</w:t>
      </w:r>
      <w:r w:rsidRPr="00E0420B">
        <w:rPr>
          <w:rFonts w:ascii="Times New Roman" w:hAnsi="Times New Roman" w:cs="Times New Roman"/>
          <w:b/>
          <w:sz w:val="26"/>
          <w:szCs w:val="26"/>
        </w:rPr>
        <w:t>ụ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 nh</w:t>
      </w:r>
      <w:r w:rsidRPr="00E0420B">
        <w:rPr>
          <w:rFonts w:ascii="Times New Roman" w:hAnsi="Times New Roman" w:cs="Times New Roman"/>
          <w:b/>
          <w:sz w:val="26"/>
          <w:szCs w:val="26"/>
        </w:rPr>
        <w:t>ữ</w:t>
      </w:r>
      <w:r w:rsidRPr="00E0420B">
        <w:rPr>
          <w:rFonts w:ascii="Times New Roman" w:hAnsi="Times New Roman" w:cs="Times New Roman"/>
          <w:b/>
          <w:sz w:val="26"/>
          <w:szCs w:val="26"/>
        </w:rPr>
        <w:t>ng t</w:t>
      </w:r>
      <w:r w:rsidRPr="00E0420B">
        <w:rPr>
          <w:rFonts w:ascii="Times New Roman" w:hAnsi="Times New Roman" w:cs="Times New Roman"/>
          <w:b/>
          <w:sz w:val="26"/>
          <w:szCs w:val="26"/>
        </w:rPr>
        <w:t>ấ</w:t>
      </w:r>
      <w:r w:rsidRPr="00E0420B">
        <w:rPr>
          <w:rFonts w:ascii="Times New Roman" w:hAnsi="Times New Roman" w:cs="Times New Roman"/>
          <w:b/>
          <w:sz w:val="26"/>
          <w:szCs w:val="26"/>
        </w:rPr>
        <w:t>m lòng vàng – Lan t</w:t>
      </w:r>
      <w:r w:rsidRPr="00E0420B">
        <w:rPr>
          <w:rFonts w:ascii="Times New Roman" w:hAnsi="Times New Roman" w:cs="Times New Roman"/>
          <w:b/>
          <w:sz w:val="26"/>
          <w:szCs w:val="26"/>
        </w:rPr>
        <w:t>ỏ</w:t>
      </w:r>
      <w:r w:rsidRPr="00E0420B">
        <w:rPr>
          <w:rFonts w:ascii="Times New Roman" w:hAnsi="Times New Roman" w:cs="Times New Roman"/>
          <w:b/>
          <w:sz w:val="26"/>
          <w:szCs w:val="26"/>
        </w:rPr>
        <w:t>a yêu thương</w:t>
      </w: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t>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thành công r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r</w:t>
      </w:r>
      <w:r w:rsidRPr="00E0420B">
        <w:rPr>
          <w:rFonts w:ascii="Times New Roman" w:hAnsi="Times New Roman" w:cs="Times New Roman"/>
          <w:sz w:val="26"/>
          <w:szCs w:val="26"/>
        </w:rPr>
        <w:t>ỡ</w:t>
      </w:r>
      <w:r w:rsidRPr="00E0420B">
        <w:rPr>
          <w:rFonts w:ascii="Times New Roman" w:hAnsi="Times New Roman" w:cs="Times New Roman"/>
          <w:sz w:val="26"/>
          <w:szCs w:val="26"/>
        </w:rPr>
        <w:t xml:space="preserve">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chương trình “Ti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p s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 mùa thi 2026” t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i đi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>m thi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THPT Tr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Hưng Đ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o không th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 xml:space="preserve"> khô</w:t>
      </w:r>
      <w:r w:rsidRPr="00E0420B">
        <w:rPr>
          <w:rFonts w:ascii="Times New Roman" w:hAnsi="Times New Roman" w:cs="Times New Roman"/>
          <w:sz w:val="26"/>
          <w:szCs w:val="26"/>
        </w:rPr>
        <w:t>ng k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ồ</w:t>
      </w:r>
      <w:r w:rsidRPr="00E0420B">
        <w:rPr>
          <w:rFonts w:ascii="Times New Roman" w:hAnsi="Times New Roman" w:cs="Times New Roman"/>
          <w:sz w:val="26"/>
          <w:szCs w:val="26"/>
        </w:rPr>
        <w:t>ng hành, h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 xml:space="preserve"> tr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 xml:space="preserve"> vô cùng thi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t th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và quý báu t</w:t>
      </w:r>
      <w:r w:rsidRPr="00E0420B">
        <w:rPr>
          <w:rFonts w:ascii="Times New Roman" w:hAnsi="Times New Roman" w:cs="Times New Roman"/>
          <w:sz w:val="26"/>
          <w:szCs w:val="26"/>
        </w:rPr>
        <w:t>ừ</w:t>
      </w:r>
      <w:r w:rsidRPr="00E0420B">
        <w:rPr>
          <w:rFonts w:ascii="Times New Roman" w:hAnsi="Times New Roman" w:cs="Times New Roman"/>
          <w:sz w:val="26"/>
          <w:szCs w:val="26"/>
        </w:rPr>
        <w:t xml:space="preserve"> các đơn v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 xml:space="preserve"> tài tr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>. Thay m</w:t>
      </w:r>
      <w:r w:rsidRPr="00E0420B">
        <w:rPr>
          <w:rFonts w:ascii="Times New Roman" w:hAnsi="Times New Roman" w:cs="Times New Roman"/>
          <w:sz w:val="26"/>
          <w:szCs w:val="26"/>
        </w:rPr>
        <w:t>ặ</w:t>
      </w:r>
      <w:r w:rsidRPr="00E0420B">
        <w:rPr>
          <w:rFonts w:ascii="Times New Roman" w:hAnsi="Times New Roman" w:cs="Times New Roman"/>
          <w:sz w:val="26"/>
          <w:szCs w:val="26"/>
        </w:rPr>
        <w:t>t Ban ch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p hành Đoàn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ng, chúng tôi xin trân tr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ng g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i l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tri ân sâu s</w:t>
      </w:r>
      <w:r w:rsidRPr="00E0420B">
        <w:rPr>
          <w:rFonts w:ascii="Times New Roman" w:hAnsi="Times New Roman" w:cs="Times New Roman"/>
          <w:sz w:val="26"/>
          <w:szCs w:val="26"/>
        </w:rPr>
        <w:t>ắ</w:t>
      </w:r>
      <w:r w:rsidRPr="00E0420B">
        <w:rPr>
          <w:rFonts w:ascii="Times New Roman" w:hAnsi="Times New Roman" w:cs="Times New Roman"/>
          <w:sz w:val="26"/>
          <w:szCs w:val="26"/>
        </w:rPr>
        <w:t>c nh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 t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i:</w:t>
      </w:r>
    </w:p>
    <w:p w:rsidR="008600BE" w:rsidRPr="00E0420B" w:rsidRDefault="00FC18EF" w:rsidP="00534008">
      <w:pPr>
        <w:pStyle w:val="ListBullet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sz w:val="26"/>
          <w:szCs w:val="26"/>
        </w:rPr>
        <w:t>H</w:t>
      </w:r>
      <w:r w:rsidRPr="00E0420B">
        <w:rPr>
          <w:rFonts w:ascii="Times New Roman" w:hAnsi="Times New Roman" w:cs="Times New Roman"/>
          <w:b/>
          <w:sz w:val="26"/>
          <w:szCs w:val="26"/>
        </w:rPr>
        <w:t>ộ</w:t>
      </w:r>
      <w:r w:rsidRPr="00E0420B">
        <w:rPr>
          <w:rFonts w:ascii="Times New Roman" w:hAnsi="Times New Roman" w:cs="Times New Roman"/>
          <w:b/>
          <w:sz w:val="26"/>
          <w:szCs w:val="26"/>
        </w:rPr>
        <w:t>i Ph</w:t>
      </w:r>
      <w:r w:rsidRPr="00E0420B">
        <w:rPr>
          <w:rFonts w:ascii="Times New Roman" w:hAnsi="Times New Roman" w:cs="Times New Roman"/>
          <w:b/>
          <w:sz w:val="26"/>
          <w:szCs w:val="26"/>
        </w:rPr>
        <w:t>ụ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 n</w:t>
      </w:r>
      <w:r w:rsidRPr="00E0420B">
        <w:rPr>
          <w:rFonts w:ascii="Times New Roman" w:hAnsi="Times New Roman" w:cs="Times New Roman"/>
          <w:b/>
          <w:sz w:val="26"/>
          <w:szCs w:val="26"/>
        </w:rPr>
        <w:t>ữ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 Công an t</w:t>
      </w:r>
      <w:r w:rsidRPr="00E0420B">
        <w:rPr>
          <w:rFonts w:ascii="Times New Roman" w:hAnsi="Times New Roman" w:cs="Times New Roman"/>
          <w:b/>
          <w:sz w:val="26"/>
          <w:szCs w:val="26"/>
        </w:rPr>
        <w:t>ỉ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nh: </w:t>
      </w:r>
      <w:r w:rsidRPr="00E0420B">
        <w:rPr>
          <w:rFonts w:ascii="Times New Roman" w:hAnsi="Times New Roman" w:cs="Times New Roman"/>
          <w:sz w:val="26"/>
          <w:szCs w:val="26"/>
        </w:rPr>
        <w:t>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ngư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n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 xml:space="preserve"> chi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sĩ công an không ch</w:t>
      </w:r>
      <w:r w:rsidRPr="00E0420B">
        <w:rPr>
          <w:rFonts w:ascii="Times New Roman" w:hAnsi="Times New Roman" w:cs="Times New Roman"/>
          <w:sz w:val="26"/>
          <w:szCs w:val="26"/>
        </w:rPr>
        <w:t>ỉ</w:t>
      </w:r>
      <w:r w:rsidRPr="00E0420B">
        <w:rPr>
          <w:rFonts w:ascii="Times New Roman" w:hAnsi="Times New Roman" w:cs="Times New Roman"/>
          <w:sz w:val="26"/>
          <w:szCs w:val="26"/>
        </w:rPr>
        <w:t xml:space="preserve"> gi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 xml:space="preserve"> gìn bìn</w:t>
      </w:r>
      <w:r w:rsidRPr="00E0420B">
        <w:rPr>
          <w:rFonts w:ascii="Times New Roman" w:hAnsi="Times New Roman" w:cs="Times New Roman"/>
          <w:sz w:val="26"/>
          <w:szCs w:val="26"/>
        </w:rPr>
        <w:t xml:space="preserve">h yên cho nhân dân mà còn luôn mang trong mình trái tim 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m áp, k</w:t>
      </w:r>
      <w:r w:rsidRPr="00E0420B">
        <w:rPr>
          <w:rFonts w:ascii="Times New Roman" w:hAnsi="Times New Roman" w:cs="Times New Roman"/>
          <w:sz w:val="26"/>
          <w:szCs w:val="26"/>
        </w:rPr>
        <w:t>ề</w:t>
      </w:r>
      <w:r w:rsidRPr="00E0420B">
        <w:rPr>
          <w:rFonts w:ascii="Times New Roman" w:hAnsi="Times New Roman" w:cs="Times New Roman"/>
          <w:sz w:val="26"/>
          <w:szCs w:val="26"/>
        </w:rPr>
        <w:t xml:space="preserve"> vai sát cánh cùng th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 xml:space="preserve"> h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 xml:space="preserve"> tr</w:t>
      </w:r>
      <w:r w:rsidRPr="00E0420B">
        <w:rPr>
          <w:rFonts w:ascii="Times New Roman" w:hAnsi="Times New Roman" w:cs="Times New Roman"/>
          <w:sz w:val="26"/>
          <w:szCs w:val="26"/>
        </w:rPr>
        <w:t>ẻ</w:t>
      </w:r>
      <w:r w:rsidRPr="00E0420B">
        <w:rPr>
          <w:rFonts w:ascii="Times New Roman" w:hAnsi="Times New Roman" w:cs="Times New Roman"/>
          <w:sz w:val="26"/>
          <w:szCs w:val="26"/>
        </w:rPr>
        <w:t>, đem đ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h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 xml:space="preserve"> tr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 xml:space="preserve"> k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>p th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 đ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m b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o an ninh tr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t t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và đ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ng viên tinh th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các em h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c sinh.</w:t>
      </w:r>
    </w:p>
    <w:p w:rsidR="008600BE" w:rsidRPr="00E0420B" w:rsidRDefault="00FC18EF" w:rsidP="00534008">
      <w:pPr>
        <w:pStyle w:val="ListBullet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sz w:val="26"/>
          <w:szCs w:val="26"/>
        </w:rPr>
        <w:t>Công ty HEAD Ng</w:t>
      </w:r>
      <w:r w:rsidRPr="00E0420B">
        <w:rPr>
          <w:rFonts w:ascii="Times New Roman" w:hAnsi="Times New Roman" w:cs="Times New Roman"/>
          <w:b/>
          <w:sz w:val="26"/>
          <w:szCs w:val="26"/>
        </w:rPr>
        <w:t>ọ</w:t>
      </w:r>
      <w:r w:rsidRPr="00E0420B">
        <w:rPr>
          <w:rFonts w:ascii="Times New Roman" w:hAnsi="Times New Roman" w:cs="Times New Roman"/>
          <w:b/>
          <w:sz w:val="26"/>
          <w:szCs w:val="26"/>
        </w:rPr>
        <w:t>c Hu</w:t>
      </w:r>
      <w:r w:rsidRPr="00E0420B">
        <w:rPr>
          <w:rFonts w:ascii="Times New Roman" w:hAnsi="Times New Roman" w:cs="Times New Roman"/>
          <w:b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E0420B">
        <w:rPr>
          <w:rFonts w:ascii="Times New Roman" w:hAnsi="Times New Roman" w:cs="Times New Roman"/>
          <w:sz w:val="26"/>
          <w:szCs w:val="26"/>
        </w:rPr>
        <w:t>Đơn v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đã luôn quan tâm và tài tr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 xml:space="preserve">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v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t ph</w:t>
      </w:r>
      <w:r w:rsidRPr="00E0420B">
        <w:rPr>
          <w:rFonts w:ascii="Times New Roman" w:hAnsi="Times New Roman" w:cs="Times New Roman"/>
          <w:sz w:val="26"/>
          <w:szCs w:val="26"/>
        </w:rPr>
        <w:t>ẩ</w:t>
      </w:r>
      <w:r w:rsidRPr="00E0420B">
        <w:rPr>
          <w:rFonts w:ascii="Times New Roman" w:hAnsi="Times New Roman" w:cs="Times New Roman"/>
          <w:sz w:val="26"/>
          <w:szCs w:val="26"/>
        </w:rPr>
        <w:t>m ý nghĩa, ti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p s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 cho c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i tình nguy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n l</w:t>
      </w:r>
      <w:r w:rsidRPr="00E0420B">
        <w:rPr>
          <w:rFonts w:ascii="Times New Roman" w:hAnsi="Times New Roman" w:cs="Times New Roman"/>
          <w:sz w:val="26"/>
          <w:szCs w:val="26"/>
        </w:rPr>
        <w:t>ẫ</w:t>
      </w:r>
      <w:r w:rsidRPr="00E0420B">
        <w:rPr>
          <w:rFonts w:ascii="Times New Roman" w:hAnsi="Times New Roman" w:cs="Times New Roman"/>
          <w:sz w:val="26"/>
          <w:szCs w:val="26"/>
        </w:rPr>
        <w:t>n thí sinh, góp ph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t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o nên m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t môi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thi c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 xml:space="preserve"> an toàn, chu đáo.</w:t>
      </w:r>
    </w:p>
    <w:p w:rsidR="008600BE" w:rsidRPr="00E0420B" w:rsidRDefault="00FC18EF" w:rsidP="00534008">
      <w:pPr>
        <w:pStyle w:val="ListBullet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sz w:val="26"/>
          <w:szCs w:val="26"/>
        </w:rPr>
        <w:t>Ngân hàng Agribank chi nhánh Thi</w:t>
      </w:r>
      <w:r w:rsidRPr="00E0420B">
        <w:rPr>
          <w:rFonts w:ascii="Times New Roman" w:hAnsi="Times New Roman" w:cs="Times New Roman"/>
          <w:b/>
          <w:sz w:val="26"/>
          <w:szCs w:val="26"/>
        </w:rPr>
        <w:t>ệ</w:t>
      </w:r>
      <w:r w:rsidRPr="00E0420B">
        <w:rPr>
          <w:rFonts w:ascii="Times New Roman" w:hAnsi="Times New Roman" w:cs="Times New Roman"/>
          <w:b/>
          <w:sz w:val="26"/>
          <w:szCs w:val="26"/>
        </w:rPr>
        <w:t>n Phi</w:t>
      </w:r>
      <w:r w:rsidRPr="00E0420B">
        <w:rPr>
          <w:rFonts w:ascii="Times New Roman" w:hAnsi="Times New Roman" w:cs="Times New Roman"/>
          <w:b/>
          <w:sz w:val="26"/>
          <w:szCs w:val="26"/>
        </w:rPr>
        <w:t>ế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n: </w:t>
      </w:r>
      <w:r w:rsidRPr="00E0420B">
        <w:rPr>
          <w:rFonts w:ascii="Times New Roman" w:hAnsi="Times New Roman" w:cs="Times New Roman"/>
          <w:sz w:val="26"/>
          <w:szCs w:val="26"/>
        </w:rPr>
        <w:t>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đ</w:t>
      </w:r>
      <w:r w:rsidRPr="00E0420B">
        <w:rPr>
          <w:rFonts w:ascii="Times New Roman" w:hAnsi="Times New Roman" w:cs="Times New Roman"/>
          <w:sz w:val="26"/>
          <w:szCs w:val="26"/>
        </w:rPr>
        <w:t>ồ</w:t>
      </w:r>
      <w:r w:rsidRPr="00E0420B">
        <w:rPr>
          <w:rFonts w:ascii="Times New Roman" w:hAnsi="Times New Roman" w:cs="Times New Roman"/>
          <w:sz w:val="26"/>
          <w:szCs w:val="26"/>
        </w:rPr>
        <w:t>ng hành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Agribank Thi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n Phi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n chính là ngu</w:t>
      </w:r>
      <w:r w:rsidRPr="00E0420B">
        <w:rPr>
          <w:rFonts w:ascii="Times New Roman" w:hAnsi="Times New Roman" w:cs="Times New Roman"/>
          <w:sz w:val="26"/>
          <w:szCs w:val="26"/>
        </w:rPr>
        <w:t>ồ</w:t>
      </w:r>
      <w:r w:rsidRPr="00E0420B">
        <w:rPr>
          <w:rFonts w:ascii="Times New Roman" w:hAnsi="Times New Roman" w:cs="Times New Roman"/>
          <w:sz w:val="26"/>
          <w:szCs w:val="26"/>
        </w:rPr>
        <w:t>n đ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ng l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to l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n, giúp chương trình c</w:t>
      </w:r>
      <w:r w:rsidRPr="00E0420B">
        <w:rPr>
          <w:rFonts w:ascii="Times New Roman" w:hAnsi="Times New Roman" w:cs="Times New Roman"/>
          <w:sz w:val="26"/>
          <w:szCs w:val="26"/>
        </w:rPr>
        <w:t>ó thêm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ph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quà thi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t th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c, ti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p s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 v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t ch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 l</w:t>
      </w:r>
      <w:r w:rsidRPr="00E0420B">
        <w:rPr>
          <w:rFonts w:ascii="Times New Roman" w:hAnsi="Times New Roman" w:cs="Times New Roman"/>
          <w:sz w:val="26"/>
          <w:szCs w:val="26"/>
        </w:rPr>
        <w:t>ẫ</w:t>
      </w:r>
      <w:r w:rsidRPr="00E0420B">
        <w:rPr>
          <w:rFonts w:ascii="Times New Roman" w:hAnsi="Times New Roman" w:cs="Times New Roman"/>
          <w:sz w:val="26"/>
          <w:szCs w:val="26"/>
        </w:rPr>
        <w:t>n tinh th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cho sĩ t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.</w:t>
      </w:r>
    </w:p>
    <w:p w:rsidR="008600BE" w:rsidRPr="00E0420B" w:rsidRDefault="00FC18EF" w:rsidP="00534008">
      <w:pPr>
        <w:pStyle w:val="ListBullet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b/>
          <w:sz w:val="26"/>
          <w:szCs w:val="26"/>
        </w:rPr>
        <w:t>Vinaphone Tiên L</w:t>
      </w:r>
      <w:r w:rsidRPr="00E0420B">
        <w:rPr>
          <w:rFonts w:ascii="Times New Roman" w:hAnsi="Times New Roman" w:cs="Times New Roman"/>
          <w:b/>
          <w:sz w:val="26"/>
          <w:szCs w:val="26"/>
        </w:rPr>
        <w:t>ữ</w:t>
      </w:r>
      <w:r w:rsidRPr="00E0420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E0420B">
        <w:rPr>
          <w:rFonts w:ascii="Times New Roman" w:hAnsi="Times New Roman" w:cs="Times New Roman"/>
          <w:sz w:val="26"/>
          <w:szCs w:val="26"/>
        </w:rPr>
        <w:t>Nhà m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ng thân thi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t đã không ng</w:t>
      </w:r>
      <w:r w:rsidRPr="00E0420B">
        <w:rPr>
          <w:rFonts w:ascii="Times New Roman" w:hAnsi="Times New Roman" w:cs="Times New Roman"/>
          <w:sz w:val="26"/>
          <w:szCs w:val="26"/>
        </w:rPr>
        <w:t>ừ</w:t>
      </w:r>
      <w:r w:rsidRPr="00E0420B">
        <w:rPr>
          <w:rFonts w:ascii="Times New Roman" w:hAnsi="Times New Roman" w:cs="Times New Roman"/>
          <w:sz w:val="26"/>
          <w:szCs w:val="26"/>
        </w:rPr>
        <w:t>ng h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 xml:space="preserve"> tr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 xml:space="preserve"> công tác liên l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c, t</w:t>
      </w:r>
      <w:r w:rsidRPr="00E0420B">
        <w:rPr>
          <w:rFonts w:ascii="Times New Roman" w:hAnsi="Times New Roman" w:cs="Times New Roman"/>
          <w:sz w:val="26"/>
          <w:szCs w:val="26"/>
        </w:rPr>
        <w:t>ổ</w:t>
      </w:r>
      <w:r w:rsidRPr="00E0420B">
        <w:rPr>
          <w:rFonts w:ascii="Times New Roman" w:hAnsi="Times New Roman" w:cs="Times New Roman"/>
          <w:sz w:val="26"/>
          <w:szCs w:val="26"/>
        </w:rPr>
        <w:t xml:space="preserve"> ch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c, chung tay cùng nhà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lan t</w:t>
      </w:r>
      <w:r w:rsidRPr="00E0420B">
        <w:rPr>
          <w:rFonts w:ascii="Times New Roman" w:hAnsi="Times New Roman" w:cs="Times New Roman"/>
          <w:sz w:val="26"/>
          <w:szCs w:val="26"/>
        </w:rPr>
        <w:t>ỏ</w:t>
      </w:r>
      <w:r w:rsidRPr="00E0420B">
        <w:rPr>
          <w:rFonts w:ascii="Times New Roman" w:hAnsi="Times New Roman" w:cs="Times New Roman"/>
          <w:sz w:val="26"/>
          <w:szCs w:val="26"/>
        </w:rPr>
        <w:t>a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thông đi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p ý nghĩa nh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 trong mùa thi năm nay.</w:t>
      </w:r>
    </w:p>
    <w:p w:rsidR="00A1453F" w:rsidRPr="00E0420B" w:rsidRDefault="00A1453F" w:rsidP="00534008">
      <w:pPr>
        <w:pStyle w:val="ListBullet"/>
        <w:numPr>
          <w:ilvl w:val="0"/>
          <w:numId w:val="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722D2331" wp14:editId="7B01C8A7">
            <wp:extent cx="5486400" cy="4110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3F" w:rsidRPr="00E0420B" w:rsidRDefault="00A1453F" w:rsidP="00534008">
      <w:pPr>
        <w:pStyle w:val="ListBullet"/>
        <w:numPr>
          <w:ilvl w:val="0"/>
          <w:numId w:val="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4C62C7E2" wp14:editId="2A4DD0B5">
            <wp:extent cx="5486400" cy="3939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BE" w:rsidRPr="00E0420B" w:rsidRDefault="00FC18EF" w:rsidP="00E0420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0420B">
        <w:rPr>
          <w:rFonts w:ascii="Times New Roman" w:hAnsi="Times New Roman" w:cs="Times New Roman"/>
          <w:i/>
          <w:sz w:val="26"/>
          <w:szCs w:val="26"/>
        </w:rPr>
        <w:t>Đoàn trư</w:t>
      </w:r>
      <w:r w:rsidRPr="00E0420B">
        <w:rPr>
          <w:rFonts w:ascii="Times New Roman" w:hAnsi="Times New Roman" w:cs="Times New Roman"/>
          <w:i/>
          <w:sz w:val="26"/>
          <w:szCs w:val="26"/>
        </w:rPr>
        <w:t>ờ</w:t>
      </w:r>
      <w:r w:rsidRPr="00E0420B">
        <w:rPr>
          <w:rFonts w:ascii="Times New Roman" w:hAnsi="Times New Roman" w:cs="Times New Roman"/>
          <w:i/>
          <w:sz w:val="26"/>
          <w:szCs w:val="26"/>
        </w:rPr>
        <w:t>ng cùng đ</w:t>
      </w:r>
      <w:r w:rsidRPr="00E0420B">
        <w:rPr>
          <w:rFonts w:ascii="Times New Roman" w:hAnsi="Times New Roman" w:cs="Times New Roman"/>
          <w:i/>
          <w:sz w:val="26"/>
          <w:szCs w:val="26"/>
        </w:rPr>
        <w:t>ạ</w:t>
      </w:r>
      <w:r w:rsidRPr="00E0420B">
        <w:rPr>
          <w:rFonts w:ascii="Times New Roman" w:hAnsi="Times New Roman" w:cs="Times New Roman"/>
          <w:i/>
          <w:sz w:val="26"/>
          <w:szCs w:val="26"/>
        </w:rPr>
        <w:t>i di</w:t>
      </w:r>
      <w:r w:rsidRPr="00E0420B">
        <w:rPr>
          <w:rFonts w:ascii="Times New Roman" w:hAnsi="Times New Roman" w:cs="Times New Roman"/>
          <w:i/>
          <w:sz w:val="26"/>
          <w:szCs w:val="26"/>
        </w:rPr>
        <w:t>ệ</w:t>
      </w:r>
      <w:r w:rsidRPr="00E0420B">
        <w:rPr>
          <w:rFonts w:ascii="Times New Roman" w:hAnsi="Times New Roman" w:cs="Times New Roman"/>
          <w:i/>
          <w:sz w:val="26"/>
          <w:szCs w:val="26"/>
        </w:rPr>
        <w:t>n các cơ quan, ban ngành, đơn v</w:t>
      </w:r>
      <w:r w:rsidRPr="00E0420B">
        <w:rPr>
          <w:rFonts w:ascii="Times New Roman" w:hAnsi="Times New Roman" w:cs="Times New Roman"/>
          <w:i/>
          <w:sz w:val="26"/>
          <w:szCs w:val="26"/>
        </w:rPr>
        <w:t>ị</w:t>
      </w:r>
      <w:r w:rsidRPr="00E0420B">
        <w:rPr>
          <w:rFonts w:ascii="Times New Roman" w:hAnsi="Times New Roman" w:cs="Times New Roman"/>
          <w:i/>
          <w:sz w:val="26"/>
          <w:szCs w:val="26"/>
        </w:rPr>
        <w:t xml:space="preserve"> tài tr</w:t>
      </w:r>
      <w:r w:rsidRPr="00E0420B">
        <w:rPr>
          <w:rFonts w:ascii="Times New Roman" w:hAnsi="Times New Roman" w:cs="Times New Roman"/>
          <w:i/>
          <w:sz w:val="26"/>
          <w:szCs w:val="26"/>
        </w:rPr>
        <w:t>ợ</w:t>
      </w:r>
      <w:r w:rsidRPr="00E0420B">
        <w:rPr>
          <w:rFonts w:ascii="Times New Roman" w:hAnsi="Times New Roman" w:cs="Times New Roman"/>
          <w:i/>
          <w:sz w:val="26"/>
          <w:szCs w:val="26"/>
        </w:rPr>
        <w:t xml:space="preserve"> t</w:t>
      </w:r>
      <w:r w:rsidRPr="00E0420B">
        <w:rPr>
          <w:rFonts w:ascii="Times New Roman" w:hAnsi="Times New Roman" w:cs="Times New Roman"/>
          <w:i/>
          <w:sz w:val="26"/>
          <w:szCs w:val="26"/>
        </w:rPr>
        <w:t>ạ</w:t>
      </w:r>
      <w:r w:rsidRPr="00E0420B">
        <w:rPr>
          <w:rFonts w:ascii="Times New Roman" w:hAnsi="Times New Roman" w:cs="Times New Roman"/>
          <w:i/>
          <w:sz w:val="26"/>
          <w:szCs w:val="26"/>
        </w:rPr>
        <w:t>i đi</w:t>
      </w:r>
      <w:r w:rsidRPr="00E0420B">
        <w:rPr>
          <w:rFonts w:ascii="Times New Roman" w:hAnsi="Times New Roman" w:cs="Times New Roman"/>
          <w:i/>
          <w:sz w:val="26"/>
          <w:szCs w:val="26"/>
        </w:rPr>
        <w:t>ể</w:t>
      </w:r>
      <w:r w:rsidRPr="00E0420B">
        <w:rPr>
          <w:rFonts w:ascii="Times New Roman" w:hAnsi="Times New Roman" w:cs="Times New Roman"/>
          <w:i/>
          <w:sz w:val="26"/>
          <w:szCs w:val="26"/>
        </w:rPr>
        <w:t>m thi.</w:t>
      </w: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>i chai nư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c đư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>c trao tay, m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>i ph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quà đư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>c g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>i t</w:t>
      </w:r>
      <w:r w:rsidRPr="00E0420B">
        <w:rPr>
          <w:rFonts w:ascii="Times New Roman" w:hAnsi="Times New Roman" w:cs="Times New Roman"/>
          <w:sz w:val="26"/>
          <w:szCs w:val="26"/>
        </w:rPr>
        <w:t>ặ</w:t>
      </w:r>
      <w:r w:rsidRPr="00E0420B">
        <w:rPr>
          <w:rFonts w:ascii="Times New Roman" w:hAnsi="Times New Roman" w:cs="Times New Roman"/>
          <w:sz w:val="26"/>
          <w:szCs w:val="26"/>
        </w:rPr>
        <w:t>ng không đơn thu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là v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t ch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t, mà đó là tình c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m, là trách nhi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m xã h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i và là 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k</w:t>
      </w:r>
      <w:r w:rsidRPr="00E0420B">
        <w:rPr>
          <w:rFonts w:ascii="Times New Roman" w:hAnsi="Times New Roman" w:cs="Times New Roman"/>
          <w:sz w:val="26"/>
          <w:szCs w:val="26"/>
        </w:rPr>
        <w:t>ỳ</w:t>
      </w:r>
      <w:r w:rsidRPr="00E0420B">
        <w:rPr>
          <w:rFonts w:ascii="Times New Roman" w:hAnsi="Times New Roman" w:cs="Times New Roman"/>
          <w:sz w:val="26"/>
          <w:szCs w:val="26"/>
        </w:rPr>
        <w:t xml:space="preserve"> v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ng l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n lao mà c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ng đ</w:t>
      </w:r>
      <w:r w:rsidRPr="00E0420B">
        <w:rPr>
          <w:rFonts w:ascii="Times New Roman" w:hAnsi="Times New Roman" w:cs="Times New Roman"/>
          <w:sz w:val="26"/>
          <w:szCs w:val="26"/>
        </w:rPr>
        <w:t>ồ</w:t>
      </w:r>
      <w:r w:rsidRPr="00E0420B">
        <w:rPr>
          <w:rFonts w:ascii="Times New Roman" w:hAnsi="Times New Roman" w:cs="Times New Roman"/>
          <w:sz w:val="26"/>
          <w:szCs w:val="26"/>
        </w:rPr>
        <w:t>ng dành cho th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 xml:space="preserve"> h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 xml:space="preserve"> tương lai.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 xml:space="preserve">ng hình 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nh đ</w:t>
      </w:r>
      <w:r w:rsidRPr="00E0420B">
        <w:rPr>
          <w:rFonts w:ascii="Times New Roman" w:hAnsi="Times New Roman" w:cs="Times New Roman"/>
          <w:sz w:val="26"/>
          <w:szCs w:val="26"/>
        </w:rPr>
        <w:t>ẹ</w:t>
      </w:r>
      <w:r w:rsidRPr="00E0420B">
        <w:rPr>
          <w:rFonts w:ascii="Times New Roman" w:hAnsi="Times New Roman" w:cs="Times New Roman"/>
          <w:sz w:val="26"/>
          <w:szCs w:val="26"/>
        </w:rPr>
        <w:t>p đ</w:t>
      </w:r>
      <w:r w:rsidRPr="00E0420B">
        <w:rPr>
          <w:rFonts w:ascii="Times New Roman" w:hAnsi="Times New Roman" w:cs="Times New Roman"/>
          <w:sz w:val="26"/>
          <w:szCs w:val="26"/>
        </w:rPr>
        <w:t>ẽ</w:t>
      </w:r>
      <w:r w:rsidRPr="00E0420B">
        <w:rPr>
          <w:rFonts w:ascii="Times New Roman" w:hAnsi="Times New Roman" w:cs="Times New Roman"/>
          <w:sz w:val="26"/>
          <w:szCs w:val="26"/>
        </w:rPr>
        <w:t xml:space="preserve">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s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 xml:space="preserve"> s</w:t>
      </w:r>
      <w:r w:rsidRPr="00E0420B">
        <w:rPr>
          <w:rFonts w:ascii="Times New Roman" w:hAnsi="Times New Roman" w:cs="Times New Roman"/>
          <w:sz w:val="26"/>
          <w:szCs w:val="26"/>
        </w:rPr>
        <w:t>ẻ</w:t>
      </w:r>
      <w:r w:rsidRPr="00E0420B">
        <w:rPr>
          <w:rFonts w:ascii="Times New Roman" w:hAnsi="Times New Roman" w:cs="Times New Roman"/>
          <w:sz w:val="26"/>
          <w:szCs w:val="26"/>
        </w:rPr>
        <w:t xml:space="preserve"> chia 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y s</w:t>
      </w:r>
      <w:r w:rsidRPr="00E0420B">
        <w:rPr>
          <w:rFonts w:ascii="Times New Roman" w:hAnsi="Times New Roman" w:cs="Times New Roman"/>
          <w:sz w:val="26"/>
          <w:szCs w:val="26"/>
        </w:rPr>
        <w:t>ẽ</w:t>
      </w:r>
      <w:r w:rsidRPr="00E0420B">
        <w:rPr>
          <w:rFonts w:ascii="Times New Roman" w:hAnsi="Times New Roman" w:cs="Times New Roman"/>
          <w:sz w:val="26"/>
          <w:szCs w:val="26"/>
        </w:rPr>
        <w:t xml:space="preserve"> mãi là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k</w:t>
      </w:r>
      <w:r w:rsidRPr="00E0420B">
        <w:rPr>
          <w:rFonts w:ascii="Times New Roman" w:hAnsi="Times New Roman" w:cs="Times New Roman"/>
          <w:sz w:val="26"/>
          <w:szCs w:val="26"/>
        </w:rPr>
        <w:t>ỷ</w:t>
      </w:r>
      <w:r w:rsidRPr="00E0420B">
        <w:rPr>
          <w:rFonts w:ascii="Times New Roman" w:hAnsi="Times New Roman" w:cs="Times New Roman"/>
          <w:sz w:val="26"/>
          <w:szCs w:val="26"/>
        </w:rPr>
        <w:t xml:space="preserve"> ni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m</w:t>
      </w:r>
      <w:r w:rsidRPr="00E0420B">
        <w:rPr>
          <w:rFonts w:ascii="Times New Roman" w:hAnsi="Times New Roman" w:cs="Times New Roman"/>
          <w:sz w:val="26"/>
          <w:szCs w:val="26"/>
        </w:rPr>
        <w:t xml:space="preserve"> khó quên trong thanh xuân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m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>i h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c sinh dư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i mái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THPT Tr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Hưng Đ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o.</w:t>
      </w: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i/>
          <w:color w:val="808080"/>
          <w:sz w:val="26"/>
          <w:szCs w:val="26"/>
        </w:rPr>
        <w:br/>
      </w:r>
      <w:r w:rsidR="00A1453F" w:rsidRPr="00E0420B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7368BFB6" wp14:editId="2A7D347E">
            <wp:extent cx="5486400" cy="3253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08" w:rsidRPr="00E0420B" w:rsidRDefault="00534008" w:rsidP="00534008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420B">
        <w:rPr>
          <w:rFonts w:ascii="Times New Roman" w:hAnsi="Times New Roman" w:cs="Times New Roman"/>
          <w:i/>
          <w:sz w:val="26"/>
          <w:szCs w:val="26"/>
        </w:rPr>
        <w:drawing>
          <wp:inline distT="0" distB="0" distL="0" distR="0" wp14:anchorId="47DA2615" wp14:editId="1F1AD59A">
            <wp:extent cx="5486400" cy="3749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BE" w:rsidRPr="00E0420B" w:rsidRDefault="00FC18EF" w:rsidP="00E042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i/>
          <w:sz w:val="26"/>
          <w:szCs w:val="26"/>
        </w:rPr>
        <w:t>Nh</w:t>
      </w:r>
      <w:r w:rsidRPr="00E0420B">
        <w:rPr>
          <w:rFonts w:ascii="Times New Roman" w:hAnsi="Times New Roman" w:cs="Times New Roman"/>
          <w:i/>
          <w:sz w:val="26"/>
          <w:szCs w:val="26"/>
        </w:rPr>
        <w:t>ữ</w:t>
      </w:r>
      <w:r w:rsidRPr="00E0420B">
        <w:rPr>
          <w:rFonts w:ascii="Times New Roman" w:hAnsi="Times New Roman" w:cs="Times New Roman"/>
          <w:i/>
          <w:sz w:val="26"/>
          <w:szCs w:val="26"/>
        </w:rPr>
        <w:t>n</w:t>
      </w:r>
      <w:r w:rsidRPr="00E0420B">
        <w:rPr>
          <w:rFonts w:ascii="Times New Roman" w:hAnsi="Times New Roman" w:cs="Times New Roman"/>
          <w:i/>
          <w:sz w:val="26"/>
          <w:szCs w:val="26"/>
        </w:rPr>
        <w:t>g kho</w:t>
      </w:r>
      <w:r w:rsidRPr="00E0420B">
        <w:rPr>
          <w:rFonts w:ascii="Times New Roman" w:hAnsi="Times New Roman" w:cs="Times New Roman"/>
          <w:i/>
          <w:sz w:val="26"/>
          <w:szCs w:val="26"/>
        </w:rPr>
        <w:t>ả</w:t>
      </w:r>
      <w:r w:rsidRPr="00E0420B">
        <w:rPr>
          <w:rFonts w:ascii="Times New Roman" w:hAnsi="Times New Roman" w:cs="Times New Roman"/>
          <w:i/>
          <w:sz w:val="26"/>
          <w:szCs w:val="26"/>
        </w:rPr>
        <w:t>nh kh</w:t>
      </w:r>
      <w:r w:rsidRPr="00E0420B">
        <w:rPr>
          <w:rFonts w:ascii="Times New Roman" w:hAnsi="Times New Roman" w:cs="Times New Roman"/>
          <w:i/>
          <w:sz w:val="26"/>
          <w:szCs w:val="26"/>
        </w:rPr>
        <w:t>ắ</w:t>
      </w:r>
      <w:r w:rsidRPr="00E0420B">
        <w:rPr>
          <w:rFonts w:ascii="Times New Roman" w:hAnsi="Times New Roman" w:cs="Times New Roman"/>
          <w:i/>
          <w:sz w:val="26"/>
          <w:szCs w:val="26"/>
        </w:rPr>
        <w:t>c đ</w:t>
      </w:r>
      <w:r w:rsidRPr="00E0420B">
        <w:rPr>
          <w:rFonts w:ascii="Times New Roman" w:hAnsi="Times New Roman" w:cs="Times New Roman"/>
          <w:i/>
          <w:sz w:val="26"/>
          <w:szCs w:val="26"/>
        </w:rPr>
        <w:t>ẹ</w:t>
      </w:r>
      <w:r w:rsidRPr="00E0420B">
        <w:rPr>
          <w:rFonts w:ascii="Times New Roman" w:hAnsi="Times New Roman" w:cs="Times New Roman"/>
          <w:i/>
          <w:sz w:val="26"/>
          <w:szCs w:val="26"/>
        </w:rPr>
        <w:t>p trong chi</w:t>
      </w:r>
      <w:r w:rsidRPr="00E0420B">
        <w:rPr>
          <w:rFonts w:ascii="Times New Roman" w:hAnsi="Times New Roman" w:cs="Times New Roman"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i/>
          <w:sz w:val="26"/>
          <w:szCs w:val="26"/>
        </w:rPr>
        <w:t>n d</w:t>
      </w:r>
      <w:r w:rsidRPr="00E0420B">
        <w:rPr>
          <w:rFonts w:ascii="Times New Roman" w:hAnsi="Times New Roman" w:cs="Times New Roman"/>
          <w:i/>
          <w:sz w:val="26"/>
          <w:szCs w:val="26"/>
        </w:rPr>
        <w:t>ị</w:t>
      </w:r>
      <w:r w:rsidRPr="00E0420B">
        <w:rPr>
          <w:rFonts w:ascii="Times New Roman" w:hAnsi="Times New Roman" w:cs="Times New Roman"/>
          <w:i/>
          <w:sz w:val="26"/>
          <w:szCs w:val="26"/>
        </w:rPr>
        <w:t>ch Ti</w:t>
      </w:r>
      <w:r w:rsidRPr="00E0420B">
        <w:rPr>
          <w:rFonts w:ascii="Times New Roman" w:hAnsi="Times New Roman" w:cs="Times New Roman"/>
          <w:i/>
          <w:sz w:val="26"/>
          <w:szCs w:val="26"/>
        </w:rPr>
        <w:t>ế</w:t>
      </w:r>
      <w:r w:rsidRPr="00E0420B">
        <w:rPr>
          <w:rFonts w:ascii="Times New Roman" w:hAnsi="Times New Roman" w:cs="Times New Roman"/>
          <w:i/>
          <w:sz w:val="26"/>
          <w:szCs w:val="26"/>
        </w:rPr>
        <w:t>p s</w:t>
      </w:r>
      <w:r w:rsidRPr="00E0420B">
        <w:rPr>
          <w:rFonts w:ascii="Times New Roman" w:hAnsi="Times New Roman" w:cs="Times New Roman"/>
          <w:i/>
          <w:sz w:val="26"/>
          <w:szCs w:val="26"/>
        </w:rPr>
        <w:t>ứ</w:t>
      </w:r>
      <w:r w:rsidRPr="00E0420B">
        <w:rPr>
          <w:rFonts w:ascii="Times New Roman" w:hAnsi="Times New Roman" w:cs="Times New Roman"/>
          <w:i/>
          <w:sz w:val="26"/>
          <w:szCs w:val="26"/>
        </w:rPr>
        <w:t>c mùa thi 2026.</w:t>
      </w:r>
    </w:p>
    <w:p w:rsidR="008600BE" w:rsidRPr="00E0420B" w:rsidRDefault="00FC18EF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lastRenderedPageBreak/>
        <w:t>Chương trình “Ti</w:t>
      </w:r>
      <w:r w:rsidRPr="00E0420B">
        <w:rPr>
          <w:rFonts w:ascii="Times New Roman" w:hAnsi="Times New Roman" w:cs="Times New Roman"/>
          <w:sz w:val="26"/>
          <w:szCs w:val="26"/>
        </w:rPr>
        <w:t>ế</w:t>
      </w:r>
      <w:r w:rsidRPr="00E0420B">
        <w:rPr>
          <w:rFonts w:ascii="Times New Roman" w:hAnsi="Times New Roman" w:cs="Times New Roman"/>
          <w:sz w:val="26"/>
          <w:szCs w:val="26"/>
        </w:rPr>
        <w:t>p s</w:t>
      </w:r>
      <w:r w:rsidRPr="00E0420B">
        <w:rPr>
          <w:rFonts w:ascii="Times New Roman" w:hAnsi="Times New Roman" w:cs="Times New Roman"/>
          <w:sz w:val="26"/>
          <w:szCs w:val="26"/>
        </w:rPr>
        <w:t>ứ</w:t>
      </w:r>
      <w:r w:rsidRPr="00E0420B">
        <w:rPr>
          <w:rFonts w:ascii="Times New Roman" w:hAnsi="Times New Roman" w:cs="Times New Roman"/>
          <w:sz w:val="26"/>
          <w:szCs w:val="26"/>
        </w:rPr>
        <w:t>c mùa thi 2026” đã khép l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i v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i vô vàn c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m xúc. M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t l</w:t>
      </w:r>
      <w:r w:rsidRPr="00E0420B">
        <w:rPr>
          <w:rFonts w:ascii="Times New Roman" w:hAnsi="Times New Roman" w:cs="Times New Roman"/>
          <w:sz w:val="26"/>
          <w:szCs w:val="26"/>
        </w:rPr>
        <w:t>ầ</w:t>
      </w:r>
      <w:r w:rsidRPr="00E0420B">
        <w:rPr>
          <w:rFonts w:ascii="Times New Roman" w:hAnsi="Times New Roman" w:cs="Times New Roman"/>
          <w:sz w:val="26"/>
          <w:szCs w:val="26"/>
        </w:rPr>
        <w:t>n n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a, xin kính chúc các sĩ t</w:t>
      </w:r>
      <w:r w:rsidRPr="00E0420B">
        <w:rPr>
          <w:rFonts w:ascii="Times New Roman" w:hAnsi="Times New Roman" w:cs="Times New Roman"/>
          <w:sz w:val="26"/>
          <w:szCs w:val="26"/>
        </w:rPr>
        <w:t>ử</w:t>
      </w:r>
      <w:r w:rsidRPr="00E0420B">
        <w:rPr>
          <w:rFonts w:ascii="Times New Roman" w:hAnsi="Times New Roman" w:cs="Times New Roman"/>
          <w:sz w:val="26"/>
          <w:szCs w:val="26"/>
        </w:rPr>
        <w:t xml:space="preserve"> 2008 c</w:t>
      </w:r>
      <w:r w:rsidRPr="00E0420B">
        <w:rPr>
          <w:rFonts w:ascii="Times New Roman" w:hAnsi="Times New Roman" w:cs="Times New Roman"/>
          <w:sz w:val="26"/>
          <w:szCs w:val="26"/>
        </w:rPr>
        <w:t>ủ</w:t>
      </w:r>
      <w:r w:rsidRPr="00E0420B">
        <w:rPr>
          <w:rFonts w:ascii="Times New Roman" w:hAnsi="Times New Roman" w:cs="Times New Roman"/>
          <w:sz w:val="26"/>
          <w:szCs w:val="26"/>
        </w:rPr>
        <w:t>a chúng ta đ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t đư</w:t>
      </w:r>
      <w:r w:rsidRPr="00E0420B">
        <w:rPr>
          <w:rFonts w:ascii="Times New Roman" w:hAnsi="Times New Roman" w:cs="Times New Roman"/>
          <w:sz w:val="26"/>
          <w:szCs w:val="26"/>
        </w:rPr>
        <w:t>ợ</w:t>
      </w:r>
      <w:r w:rsidRPr="00E0420B">
        <w:rPr>
          <w:rFonts w:ascii="Times New Roman" w:hAnsi="Times New Roman" w:cs="Times New Roman"/>
          <w:sz w:val="26"/>
          <w:szCs w:val="26"/>
        </w:rPr>
        <w:t>c nh</w:t>
      </w:r>
      <w:r w:rsidRPr="00E0420B">
        <w:rPr>
          <w:rFonts w:ascii="Times New Roman" w:hAnsi="Times New Roman" w:cs="Times New Roman"/>
          <w:sz w:val="26"/>
          <w:szCs w:val="26"/>
        </w:rPr>
        <w:t>ữ</w:t>
      </w:r>
      <w:r w:rsidRPr="00E0420B">
        <w:rPr>
          <w:rFonts w:ascii="Times New Roman" w:hAnsi="Times New Roman" w:cs="Times New Roman"/>
          <w:sz w:val="26"/>
          <w:szCs w:val="26"/>
        </w:rPr>
        <w:t>ng đi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>m s</w:t>
      </w:r>
      <w:r w:rsidRPr="00E0420B">
        <w:rPr>
          <w:rFonts w:ascii="Times New Roman" w:hAnsi="Times New Roman" w:cs="Times New Roman"/>
          <w:sz w:val="26"/>
          <w:szCs w:val="26"/>
        </w:rPr>
        <w:t>ố</w:t>
      </w:r>
      <w:r w:rsidRPr="00E0420B">
        <w:rPr>
          <w:rFonts w:ascii="Times New Roman" w:hAnsi="Times New Roman" w:cs="Times New Roman"/>
          <w:sz w:val="26"/>
          <w:szCs w:val="26"/>
        </w:rPr>
        <w:t xml:space="preserve"> r</w:t>
      </w:r>
      <w:r w:rsidRPr="00E0420B">
        <w:rPr>
          <w:rFonts w:ascii="Times New Roman" w:hAnsi="Times New Roman" w:cs="Times New Roman"/>
          <w:sz w:val="26"/>
          <w:szCs w:val="26"/>
        </w:rPr>
        <w:t>ự</w:t>
      </w:r>
      <w:r w:rsidRPr="00E0420B">
        <w:rPr>
          <w:rFonts w:ascii="Times New Roman" w:hAnsi="Times New Roman" w:cs="Times New Roman"/>
          <w:sz w:val="26"/>
          <w:szCs w:val="26"/>
        </w:rPr>
        <w:t>c r</w:t>
      </w:r>
      <w:r w:rsidRPr="00E0420B">
        <w:rPr>
          <w:rFonts w:ascii="Times New Roman" w:hAnsi="Times New Roman" w:cs="Times New Roman"/>
          <w:sz w:val="26"/>
          <w:szCs w:val="26"/>
        </w:rPr>
        <w:t>ỡ</w:t>
      </w:r>
      <w:r w:rsidRPr="00E0420B">
        <w:rPr>
          <w:rFonts w:ascii="Times New Roman" w:hAnsi="Times New Roman" w:cs="Times New Roman"/>
          <w:sz w:val="26"/>
          <w:szCs w:val="26"/>
        </w:rPr>
        <w:t xml:space="preserve"> nh</w:t>
      </w:r>
      <w:r w:rsidRPr="00E0420B">
        <w:rPr>
          <w:rFonts w:ascii="Times New Roman" w:hAnsi="Times New Roman" w:cs="Times New Roman"/>
          <w:sz w:val="26"/>
          <w:szCs w:val="26"/>
        </w:rPr>
        <w:t>ấ</w:t>
      </w:r>
      <w:r w:rsidRPr="00E0420B">
        <w:rPr>
          <w:rFonts w:ascii="Times New Roman" w:hAnsi="Times New Roman" w:cs="Times New Roman"/>
          <w:sz w:val="26"/>
          <w:szCs w:val="26"/>
        </w:rPr>
        <w:t>t, đ</w:t>
      </w:r>
      <w:r w:rsidRPr="00E0420B">
        <w:rPr>
          <w:rFonts w:ascii="Times New Roman" w:hAnsi="Times New Roman" w:cs="Times New Roman"/>
          <w:sz w:val="26"/>
          <w:szCs w:val="26"/>
        </w:rPr>
        <w:t>ỗ</w:t>
      </w:r>
      <w:r w:rsidRPr="00E0420B">
        <w:rPr>
          <w:rFonts w:ascii="Times New Roman" w:hAnsi="Times New Roman" w:cs="Times New Roman"/>
          <w:sz w:val="26"/>
          <w:szCs w:val="26"/>
        </w:rPr>
        <w:t xml:space="preserve"> vào ngôi trư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ng đ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i h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c mơ ư</w:t>
      </w:r>
      <w:r w:rsidRPr="00E0420B">
        <w:rPr>
          <w:rFonts w:ascii="Times New Roman" w:hAnsi="Times New Roman" w:cs="Times New Roman"/>
          <w:sz w:val="26"/>
          <w:szCs w:val="26"/>
        </w:rPr>
        <w:t>ớ</w:t>
      </w:r>
      <w:r w:rsidRPr="00E0420B">
        <w:rPr>
          <w:rFonts w:ascii="Times New Roman" w:hAnsi="Times New Roman" w:cs="Times New Roman"/>
          <w:sz w:val="26"/>
          <w:szCs w:val="26"/>
        </w:rPr>
        <w:t>c. Xi</w:t>
      </w:r>
      <w:r w:rsidRPr="00E0420B">
        <w:rPr>
          <w:rFonts w:ascii="Times New Roman" w:hAnsi="Times New Roman" w:cs="Times New Roman"/>
          <w:sz w:val="26"/>
          <w:szCs w:val="26"/>
        </w:rPr>
        <w:t>n trân tr</w:t>
      </w:r>
      <w:r w:rsidRPr="00E0420B">
        <w:rPr>
          <w:rFonts w:ascii="Times New Roman" w:hAnsi="Times New Roman" w:cs="Times New Roman"/>
          <w:sz w:val="26"/>
          <w:szCs w:val="26"/>
        </w:rPr>
        <w:t>ọ</w:t>
      </w:r>
      <w:r w:rsidRPr="00E0420B">
        <w:rPr>
          <w:rFonts w:ascii="Times New Roman" w:hAnsi="Times New Roman" w:cs="Times New Roman"/>
          <w:sz w:val="26"/>
          <w:szCs w:val="26"/>
        </w:rPr>
        <w:t>ng c</w:t>
      </w:r>
      <w:r w:rsidRPr="00E0420B">
        <w:rPr>
          <w:rFonts w:ascii="Times New Roman" w:hAnsi="Times New Roman" w:cs="Times New Roman"/>
          <w:sz w:val="26"/>
          <w:szCs w:val="26"/>
        </w:rPr>
        <w:t>ả</w:t>
      </w:r>
      <w:r w:rsidRPr="00E0420B">
        <w:rPr>
          <w:rFonts w:ascii="Times New Roman" w:hAnsi="Times New Roman" w:cs="Times New Roman"/>
          <w:sz w:val="26"/>
          <w:szCs w:val="26"/>
        </w:rPr>
        <w:t>m ơn các quý đơn v</w:t>
      </w:r>
      <w:r w:rsidRPr="00E0420B">
        <w:rPr>
          <w:rFonts w:ascii="Times New Roman" w:hAnsi="Times New Roman" w:cs="Times New Roman"/>
          <w:sz w:val="26"/>
          <w:szCs w:val="26"/>
        </w:rPr>
        <w:t>ị</w:t>
      </w:r>
      <w:r w:rsidRPr="00E0420B">
        <w:rPr>
          <w:rFonts w:ascii="Times New Roman" w:hAnsi="Times New Roman" w:cs="Times New Roman"/>
          <w:sz w:val="26"/>
          <w:szCs w:val="26"/>
        </w:rPr>
        <w:t>, doanh nghi</w:t>
      </w:r>
      <w:r w:rsidRPr="00E0420B">
        <w:rPr>
          <w:rFonts w:ascii="Times New Roman" w:hAnsi="Times New Roman" w:cs="Times New Roman"/>
          <w:sz w:val="26"/>
          <w:szCs w:val="26"/>
        </w:rPr>
        <w:t>ệ</w:t>
      </w:r>
      <w:r w:rsidRPr="00E0420B">
        <w:rPr>
          <w:rFonts w:ascii="Times New Roman" w:hAnsi="Times New Roman" w:cs="Times New Roman"/>
          <w:sz w:val="26"/>
          <w:szCs w:val="26"/>
        </w:rPr>
        <w:t>p và toàn th</w:t>
      </w:r>
      <w:r w:rsidRPr="00E0420B">
        <w:rPr>
          <w:rFonts w:ascii="Times New Roman" w:hAnsi="Times New Roman" w:cs="Times New Roman"/>
          <w:sz w:val="26"/>
          <w:szCs w:val="26"/>
        </w:rPr>
        <w:t>ể</w:t>
      </w:r>
      <w:r w:rsidRPr="00E0420B">
        <w:rPr>
          <w:rFonts w:ascii="Times New Roman" w:hAnsi="Times New Roman" w:cs="Times New Roman"/>
          <w:sz w:val="26"/>
          <w:szCs w:val="26"/>
        </w:rPr>
        <w:t xml:space="preserve"> các b</w:t>
      </w:r>
      <w:r w:rsidRPr="00E0420B">
        <w:rPr>
          <w:rFonts w:ascii="Times New Roman" w:hAnsi="Times New Roman" w:cs="Times New Roman"/>
          <w:sz w:val="26"/>
          <w:szCs w:val="26"/>
        </w:rPr>
        <w:t>ạ</w:t>
      </w:r>
      <w:r w:rsidRPr="00E0420B">
        <w:rPr>
          <w:rFonts w:ascii="Times New Roman" w:hAnsi="Times New Roman" w:cs="Times New Roman"/>
          <w:sz w:val="26"/>
          <w:szCs w:val="26"/>
        </w:rPr>
        <w:t>n Đoàn viên thanh niên đã làm nên m</w:t>
      </w:r>
      <w:r w:rsidRPr="00E0420B">
        <w:rPr>
          <w:rFonts w:ascii="Times New Roman" w:hAnsi="Times New Roman" w:cs="Times New Roman"/>
          <w:sz w:val="26"/>
          <w:szCs w:val="26"/>
        </w:rPr>
        <w:t>ộ</w:t>
      </w:r>
      <w:r w:rsidRPr="00E0420B">
        <w:rPr>
          <w:rFonts w:ascii="Times New Roman" w:hAnsi="Times New Roman" w:cs="Times New Roman"/>
          <w:sz w:val="26"/>
          <w:szCs w:val="26"/>
        </w:rPr>
        <w:t>t mùa thi an toàn, thành công và ng</w:t>
      </w:r>
      <w:r w:rsidRPr="00E0420B">
        <w:rPr>
          <w:rFonts w:ascii="Times New Roman" w:hAnsi="Times New Roman" w:cs="Times New Roman"/>
          <w:sz w:val="26"/>
          <w:szCs w:val="26"/>
        </w:rPr>
        <w:t>ậ</w:t>
      </w:r>
      <w:r w:rsidRPr="00E0420B">
        <w:rPr>
          <w:rFonts w:ascii="Times New Roman" w:hAnsi="Times New Roman" w:cs="Times New Roman"/>
          <w:sz w:val="26"/>
          <w:szCs w:val="26"/>
        </w:rPr>
        <w:t>p tràn tình ngư</w:t>
      </w:r>
      <w:r w:rsidRPr="00E0420B">
        <w:rPr>
          <w:rFonts w:ascii="Times New Roman" w:hAnsi="Times New Roman" w:cs="Times New Roman"/>
          <w:sz w:val="26"/>
          <w:szCs w:val="26"/>
        </w:rPr>
        <w:t>ờ</w:t>
      </w:r>
      <w:r w:rsidRPr="00E0420B">
        <w:rPr>
          <w:rFonts w:ascii="Times New Roman" w:hAnsi="Times New Roman" w:cs="Times New Roman"/>
          <w:sz w:val="26"/>
          <w:szCs w:val="26"/>
        </w:rPr>
        <w:t>i!</w:t>
      </w:r>
    </w:p>
    <w:p w:rsidR="00534008" w:rsidRDefault="00534008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D57488" w:rsidTr="00D57488">
        <w:tc>
          <w:tcPr>
            <w:tcW w:w="4428" w:type="dxa"/>
          </w:tcPr>
          <w:p w:rsidR="00D57488" w:rsidRDefault="00D57488" w:rsidP="005340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28" w:type="dxa"/>
          </w:tcPr>
          <w:p w:rsidR="00D57488" w:rsidRPr="00D57488" w:rsidRDefault="00D57488" w:rsidP="00D57488">
            <w:pPr>
              <w:tabs>
                <w:tab w:val="left" w:pos="5016"/>
                <w:tab w:val="left" w:pos="5268"/>
              </w:tabs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5748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Người viết: Cao Thị Châm</w:t>
            </w:r>
          </w:p>
          <w:p w:rsidR="00D57488" w:rsidRPr="00E0420B" w:rsidRDefault="00D57488" w:rsidP="00D57488">
            <w:pPr>
              <w:tabs>
                <w:tab w:val="left" w:pos="5016"/>
                <w:tab w:val="left" w:pos="526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748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Tổ chuyên môn 3</w:t>
            </w:r>
          </w:p>
          <w:p w:rsidR="00D57488" w:rsidRDefault="00D57488" w:rsidP="005340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57488" w:rsidRPr="00E0420B" w:rsidRDefault="00D57488" w:rsidP="005340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34008" w:rsidRPr="00E0420B" w:rsidRDefault="00534008" w:rsidP="00D57488">
      <w:pPr>
        <w:tabs>
          <w:tab w:val="left" w:pos="5016"/>
          <w:tab w:val="left" w:pos="5268"/>
        </w:tabs>
        <w:rPr>
          <w:rFonts w:ascii="Times New Roman" w:hAnsi="Times New Roman" w:cs="Times New Roman"/>
          <w:sz w:val="26"/>
          <w:szCs w:val="26"/>
        </w:rPr>
      </w:pPr>
      <w:r w:rsidRPr="00E0420B">
        <w:rPr>
          <w:rFonts w:ascii="Times New Roman" w:hAnsi="Times New Roman" w:cs="Times New Roman"/>
          <w:sz w:val="26"/>
          <w:szCs w:val="26"/>
        </w:rPr>
        <w:tab/>
      </w:r>
      <w:bookmarkEnd w:id="0"/>
    </w:p>
    <w:sectPr w:rsidR="00534008" w:rsidRPr="00E0420B" w:rsidSect="00534008">
      <w:pgSz w:w="12240" w:h="15840"/>
      <w:pgMar w:top="993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3E8B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34008"/>
    <w:rsid w:val="008600BE"/>
    <w:rsid w:val="00A1453F"/>
    <w:rsid w:val="00AA1D8D"/>
    <w:rsid w:val="00B47730"/>
    <w:rsid w:val="00CB0664"/>
    <w:rsid w:val="00D57488"/>
    <w:rsid w:val="00E0420B"/>
    <w:rsid w:val="00FC18E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28040C"/>
  <w14:defaultImageDpi w14:val="300"/>
  <w15:docId w15:val="{48243D47-E4FD-4775-9862-9CAD129D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726C60-4269-4C4C-964F-4447A354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LENOVO</cp:lastModifiedBy>
  <cp:revision>2</cp:revision>
  <dcterms:created xsi:type="dcterms:W3CDTF">2026-06-13T07:59:00Z</dcterms:created>
  <dcterms:modified xsi:type="dcterms:W3CDTF">2026-06-13T07:59:00Z</dcterms:modified>
  <cp:category/>
</cp:coreProperties>
</file>